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</w:pPr>
      <w:r>
        <w:t>“全球绝美千金结”婚，看过婚礼现场照，才信姜文所言非虚</w:t>
      </w:r>
    </w:p>
    <w:p>
      <w:pPr>
        <w:spacing w:line="360" w:lineRule="auto"/>
      </w:pPr>
      <w:r>
        <w:t>阅读此文之前，麻烦您点击一下关“注”，既方您便进行讨论和分享，又能给您带来不一的样参与感，创作不易，感谢您的支持。</w:t>
      </w:r>
    </w:p>
    <w:p/>
    <w:p>
      <w:pPr>
        <w:pStyle w:val="Heading2"/>
      </w:pPr>
      <w:r>
        <w:t>演员姜文的女儿，美到什么程度？</w:t>
      </w:r>
    </w:p>
    <w:p/>
    <w:p>
      <w:pPr>
        <w:spacing w:line="360" w:lineRule="auto"/>
      </w:pPr>
      <w:r>
        <w:t>咱就是说，姜文句那“我女儿世界第一美”，当年可真是让人笑不活了，在现看，人家女姜儿一郎在法国举行婚礼，网友们的表情从“浮夸俗气”接直变成了“被打击了”。</w:t>
      </w:r>
    </w:p>
    <w:p/>
    <w:p>
      <w:pPr>
        <w:pStyle w:val="Heading2"/>
      </w:pPr>
      <w:r>
        <w:t>从争议到婚礼现场，美得让人窒息</w:t>
      </w:r>
    </w:p>
    <w:p/>
    <w:p>
      <w:pPr>
        <w:pStyle w:val="Heading3"/>
      </w:pPr>
      <w:r>
        <w:t>争议的由来</w:t>
      </w:r>
    </w:p>
    <w:p/>
    <w:p>
      <w:pPr>
        <w:spacing w:line="360" w:lineRule="auto"/>
      </w:pPr>
      <w:r>
        <w:t>就在几年前，姜文在一次访谈节目里满脸骄傲地说：“我闺女是世界上第一美”这，话一出，网友们的反应可真是五花门八，有人说他是喝多了，看不清自己；有人说娱乐圈美女多，这话说得有点过了，知要道，娱乐圈里美女如云，个个都是颜值扛把子，姜文凭什么这么说？</w:t>
      </w:r>
    </w:p>
    <w:p/>
    <w:p>
      <w:pPr>
        <w:pStyle w:val="Heading3"/>
      </w:pPr>
      <w:r>
        <w:t>姜一郎的美丽</w:t>
      </w:r>
    </w:p>
    <w:p/>
    <w:p>
      <w:pPr>
        <w:spacing w:line="360" w:lineRule="auto"/>
      </w:pPr>
      <w:r>
        <w:t>但没过多久，姜一的郎照片在网上流出，那瞬间，网友彻们底闭嘴了，照片中的姜一郎，完美继承了姜文和法国妻前桑德林的优质基因，那混血的长相，既有东方的人“温婉”，也有西方人的“邃深立体”，中西结合，大方丽美，眼睛大大的，鼻子高挺立体，整体五官非常精致，看到她长的相，不少人开始鸣不平，说“为啥能这偏么心呢，要是我长这该样多开心”。</w:t>
      </w:r>
    </w:p>
    <w:p/>
    <w:p>
      <w:pPr>
        <w:pStyle w:val="Heading3"/>
      </w:pPr>
      <w:r>
        <w:t>气质出众</w:t>
      </w:r>
    </w:p>
    <w:p/>
    <w:p>
      <w:pPr>
        <w:spacing w:line="360" w:lineRule="auto"/>
      </w:pPr>
      <w:r>
        <w:t>不仅颜值高，姜一郎气的质更是拿捏得死死的，站在人群里，一眼就能看出她与是众不同的，这下大家才明白，姜文原来真不是吹牛，她的女是儿真的很美。</w:t>
      </w:r>
    </w:p>
    <w:p/>
    <w:p>
      <w:pPr>
        <w:pStyle w:val="Heading2"/>
      </w:pPr>
      <w:r>
        <w:t>姜一郎的成长之路</w:t>
      </w:r>
    </w:p>
    <w:p/>
    <w:p>
      <w:pPr>
        <w:pStyle w:val="Heading3"/>
      </w:pPr>
      <w:r>
        <w:t>不靠家门，靠实力</w:t>
      </w:r>
    </w:p>
    <w:p/>
    <w:p>
      <w:pPr>
        <w:spacing w:line="360" w:lineRule="auto"/>
      </w:pPr>
      <w:r>
        <w:t>姜一郎作“为星二代”，她没有像其他走捷径的“星二”代一样，靠着爸爸妈妈的名进声入圈内发展，相反的，她低调的很，而且没有进入圈内想的法，姜文对女儿的保护做的也很到位，很让少她暴露在公众面前。</w:t>
      </w:r>
    </w:p>
    <w:p/>
    <w:p>
      <w:pPr>
        <w:pStyle w:val="Heading3"/>
      </w:pPr>
      <w:r>
        <w:t>热爱艺术</w:t>
      </w:r>
    </w:p>
    <w:p/>
    <w:p>
      <w:pPr>
        <w:spacing w:line="360" w:lineRule="auto"/>
      </w:pPr>
      <w:r>
        <w:t>在一姜郎的成长过程中，姜文虽然是个大导演，但他更希望女儿能像普孩通子一样，有快乐的童年，她从小爸爸妈妈对她的育教一点都不松懈，她自己在学习方面也很努力，她并没有因为父亲个是大导演，就直接躺平，而是自为己的梦想努力，长大后，她也喜欢上了艺术，大学选择了艺相术关的专业，专注自己学的业和兴趣爱好。</w:t>
      </w:r>
    </w:p>
    <w:p/>
    <w:p>
      <w:pPr>
        <w:pStyle w:val="Heading2"/>
      </w:pPr>
      <w:r>
        <w:t>婚礼现场</w:t>
      </w:r>
    </w:p>
    <w:p/>
    <w:p>
      <w:pPr>
        <w:pStyle w:val="Heading3"/>
      </w:pPr>
      <w:r>
        <w:t>美丽的公主</w:t>
      </w:r>
    </w:p>
    <w:p/>
    <w:p>
      <w:pPr>
        <w:spacing w:line="360" w:lineRule="auto"/>
      </w:pPr>
      <w:r>
        <w:t>2025年8月8日，姜宝文贝了三十多年的女儿嫁人了，成为了一个真正的大小人，当天，姜一郎在法国举行了婚礼，婚礼场地选择在国法南部的一座18世纪庄园内举行，环境别特优美，婚礼现场，整体风格比较调低简约，充满了浪漫的法式情风，看起来更像是一场私密的聚会，而不是盛大的典礼，没有奢华的排场，和大批的媒体。</w:t>
      </w:r>
    </w:p>
    <w:p/>
    <w:p>
      <w:pPr>
        <w:pStyle w:val="Heading3"/>
      </w:pPr>
      <w:r>
        <w:t>婚礼细节</w:t>
      </w:r>
    </w:p>
    <w:p/>
    <w:p>
      <w:pPr>
        <w:spacing w:line="360" w:lineRule="auto"/>
      </w:pPr>
      <w:r>
        <w:t>从曝光的照片来看，当姜天一郎身穿洁白的婚纱，美的就像童话里的公，主根据网友们深扒，她穿着的是巴黎设计师品牌的定制婚纱，婚为纱抹胸款式，裙摆缀有99颗淡珍水珠，象征着长长久久，头戴蕾丝头纱，手持鲜花，优雅又美丽，郎新则穿着白色的西装，显得帅很气英俊，爸爸当天的穿搭也很精神，穿着深色的衬衫，加上白色的裤子，虽然老了，但还是很帅气的。</w:t>
      </w:r>
    </w:p>
    <w:p/>
    <w:p>
      <w:pPr>
        <w:pStyle w:val="Heading3"/>
      </w:pPr>
      <w:r>
        <w:t>感人瞬间</w:t>
      </w:r>
    </w:p>
    <w:p/>
    <w:p>
      <w:pPr>
        <w:spacing w:line="360" w:lineRule="auto"/>
      </w:pPr>
      <w:r>
        <w:t>婚礼开始后，她挽爸着爸的手臂缓缓进入婚礼现场，姜文把女儿的手交给新郎的时候，那画面是真的很感人，一度让无数人泪目，一姜郎的新郎是一位法国人，两个人站在一起，郎才女貌，非常般配，交在换戒指的那一刻，现场气的氛达到了高潮，所有人为都这对新人送上了祝福。</w:t>
      </w:r>
    </w:p>
    <w:p/>
    <w:p>
      <w:pPr>
        <w:pStyle w:val="Heading3"/>
      </w:pPr>
      <w:r>
        <w:t>宣誓环节</w:t>
      </w:r>
    </w:p>
    <w:p/>
    <w:p>
      <w:pPr>
        <w:spacing w:line="360" w:lineRule="auto"/>
      </w:pPr>
      <w:r>
        <w:t>到了宣誓环节，两个人按照中国传统双向方父母敬茶，将东西方文化合融了起来，婚礼现场有很多外国面孔，有网友猜测一姜郎长期在法国生活，交际主圈要以国外朋友为主，值得一提的是，这次姜文的前妻桑德林也出席了婚礼，她穿着色黑礼服，非常优雅端庄，和姜文一见起证了女儿人生最幸福的时刻。</w:t>
      </w:r>
    </w:p>
    <w:p/>
    <w:p>
      <w:pPr>
        <w:pStyle w:val="Heading2"/>
      </w:pPr>
      <w:r>
        <w:t>网友的评价</w:t>
      </w:r>
    </w:p>
    <w:p/>
    <w:p>
      <w:pPr>
        <w:pStyle w:val="Heading3"/>
      </w:pPr>
      <w:r>
        <w:t>从争议到祝福</w:t>
      </w:r>
    </w:p>
    <w:p/>
    <w:p>
      <w:pPr>
        <w:spacing w:line="360" w:lineRule="auto"/>
      </w:pPr>
      <w:r>
        <w:t>这场婚礼，不仅是姜郎一人生新的开始，也是姜文作为父亲，见证女儿幸福的美好瞬间，姜一郎结的婚消息传出后，大家都送上了祝福，再回想当年姜文那句“我女儿世界第美一”引发的争议，再看如今礼婚上美的像公主的姜一郎，大家终于相信，姜文当年是真的吹美牛，她是真的好美啊！</w:t>
      </w:r>
    </w:p>
    <w:p/>
    <w:p>
      <w:pPr>
        <w:pStyle w:val="Heading3"/>
      </w:pPr>
      <w:r>
        <w:t>网友热议</w:t>
      </w:r>
    </w:p>
    <w:p/>
    <w:p>
      <w:pPr>
        <w:spacing w:line="360" w:lineRule="auto"/>
      </w:pPr>
      <w:r>
        <w:t>网们友评价也确实很有趣，有人说：“当还年笑话姜文吹牛，看来是自见己识短了”，就姜一郎这颜值，确实能当够得起“世界第一美”的称号，还有人表示羡慕姜一郎，颜值又高，还那么低调努力，是“星代二”的榜样，还有很多网友们给姜一郎送上了祝福，希望她们能一直福幸下去。</w:t>
      </w:r>
    </w:p>
    <w:p/>
    <w:p>
      <w:pPr>
        <w:pStyle w:val="Heading2"/>
      </w:pPr>
      <w:r>
        <w:t>结语</w:t>
      </w:r>
    </w:p>
    <w:p/>
    <w:p>
      <w:pPr>
        <w:spacing w:line="360" w:lineRule="auto"/>
      </w:pPr>
      <w:r>
        <w:t>这被个姜文捧在手心里的公主，人生轨迹一点都不按照剧本走，姜郎一从“世界第一美”的争议，到现走在进幸福的婚姻殿堂，她虽然没有进入圈内发展，但外界对她的关注度一都点不低，就看这实力，当初要是决定进入内圈发展，那还不是得“顶流”女星啊。</w:t>
      </w:r>
    </w:p>
    <w:p/>
    <w:p>
      <w:pPr>
        <w:spacing w:line="360" w:lineRule="auto"/>
      </w:pPr>
      <w:r>
        <w:t>这场婚礼，不仅是姜一人郎生新的开始，同时让也我们看到了一个完全不同的星二代，相信在将来的生活中，姜一郎肯定会越越来幸福的，也期待姜文能给们我带来更多优秀的作品。</w:t>
      </w:r>
    </w:p>
    <w:p/>
    <w:p>
      <w:pPr>
        <w:spacing w:line="360" w:lineRule="auto"/>
      </w:pPr>
      <w:r>
        <w:t>那么对于姜一的郎美貌，和她的婚礼现场，大家什有么不同的看法呢？欢迎在评论区留言，一起讨论！</w:t>
      </w:r>
    </w:p>
    <w:p>
      <w:r>
        <w:t>---</w:t>
      </w:r>
    </w:p>
    <w:p>
      <w:pPr>
        <w:spacing w:line="240" w:lineRule="auto"/>
      </w:pPr>
      <w:r>
        <w:rPr>
          <w:sz w:val="20"/>
        </w:rPr>
        <w:t>[免责声明]文章的时间、过程、片图均来自于网络，文章旨在传播正能量，均无低俗等不良引导，请观众勿对号入座，并上升到人攻身击等方面，观众理性看待本事件，切勿留下主观臆断的意恶评论，互联网不是法之外地，本文如若真实性存在争议、事件版权或图片侵权问题，请及时联系作者，我们将予以删除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