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</w:pPr>
      <w:r>
        <w:t>张铁林混血儿女美若天仙，五官精巧气质超凡，这才是真格格范！</w:t>
      </w:r>
    </w:p>
    <w:p>
      <w:pPr>
        <w:spacing w:line="360" w:lineRule="auto"/>
      </w:pPr>
      <w:r>
        <w:t>阅读此文之前，麻您烦点击一下“关注”，既方便您进行论讨和分享，又给能您带来不一样的参与感，创作不易，感谢您的支持。</w:t>
      </w:r>
    </w:p>
    <w:p/>
    <w:p>
      <w:pPr>
        <w:pStyle w:val="Heading2"/>
      </w:pPr>
      <w:r>
        <w:rPr>
          <w:b/>
        </w:rPr>
        <w:t>就在昨天，娱乐圈又爆出了大一个瓜！</w:t>
      </w:r>
    </w:p>
    <w:p/>
    <w:p>
      <w:pPr>
        <w:spacing w:line="360" w:lineRule="auto"/>
      </w:pPr>
      <w:r>
        <w:t>就在昨天，娱乐圈又爆出了一大个瓜！这一回，是关于</w:t>
      </w:r>
      <w:r>
        <w:rPr>
          <w:b/>
        </w:rPr>
        <w:t>杨洋</w:t>
      </w:r>
      <w:r>
        <w:t>和</w:t>
      </w:r>
      <w:r>
        <w:rPr>
          <w:b/>
        </w:rPr>
        <w:t>杨幂</w:t>
      </w:r>
      <w:r>
        <w:t>这对娱乐圈金童玉女的“破镜重圆”传，闻咱就是说，这瓜太扎心了，不少吃瓜群都众在猜测，是真是假？</w:t>
      </w:r>
    </w:p>
    <w:p/>
    <w:p>
      <w:pPr>
        <w:pStyle w:val="Heading2"/>
      </w:pPr>
      <w:r>
        <w:rPr>
          <w:i/>
        </w:rPr>
        <w:t>真</w:t>
      </w:r>
      <w:r>
        <w:t>相浮出水</w:t>
      </w:r>
      <w:r>
        <w:rPr>
          <w:i/>
        </w:rPr>
        <w:t>面</w:t>
      </w:r>
    </w:p>
    <w:p/>
    <w:p>
      <w:pPr>
        <w:spacing w:line="360" w:lineRule="auto"/>
      </w:pPr>
      <w:r>
        <w:rPr>
          <w:b/>
        </w:rPr>
        <w:t>就在某天</w:t>
      </w:r>
      <w:r>
        <w:t>，某知名娱乐网站爆料，称杨和洋杨幂的恋情已经秘密持续了两年多，</w:t>
      </w:r>
      <w:r>
        <w:rPr>
          <w:b/>
        </w:rPr>
        <w:t>两人</w:t>
      </w:r>
      <w:r>
        <w:t>为因一些</w:t>
      </w:r>
      <w:r>
        <w:rPr>
          <w:b/>
        </w:rPr>
        <w:t>小摩擦</w:t>
      </w:r>
      <w:r>
        <w:t>而分手，如今又</w:t>
      </w:r>
      <w:r>
        <w:rPr>
          <w:b/>
        </w:rPr>
        <w:t>复合</w:t>
      </w:r>
      <w:r>
        <w:t>了，个这消息一出，立引刻发了网友们的热议。</w:t>
      </w:r>
    </w:p>
    <w:p/>
    <w:p>
      <w:pPr>
        <w:pStyle w:val="Heading2"/>
      </w:pPr>
      <w:r>
        <w:rPr>
          <w:b/>
        </w:rPr>
        <w:t>细节还原</w:t>
      </w:r>
    </w:p>
    <w:p/>
    <w:p>
      <w:pPr>
        <w:spacing w:line="360" w:lineRule="auto"/>
      </w:pPr>
      <w:r>
        <w:t>说实话，</w:t>
      </w:r>
      <w:r>
        <w:rPr>
          <w:b/>
        </w:rPr>
        <w:t>杨洋</w:t>
      </w:r>
      <w:r>
        <w:t>的</w:t>
      </w:r>
      <w:r>
        <w:rPr>
          <w:b/>
        </w:rPr>
        <w:t>颜值</w:t>
      </w:r>
      <w:r>
        <w:t>直一在线，而</w:t>
      </w:r>
      <w:r>
        <w:rPr>
          <w:b/>
        </w:rPr>
        <w:t>杨幂</w:t>
      </w:r>
      <w:r>
        <w:t>的</w:t>
      </w:r>
      <w:r>
        <w:rPr>
          <w:b/>
        </w:rPr>
        <w:t>技演</w:t>
      </w:r>
      <w:r>
        <w:t>也是圈内公认的好，两人合作过的剧集，如《三生三世十里花桃》，让无数粉丝们对这对CP充满了期，待</w:t>
      </w:r>
      <w:r>
        <w:rPr>
          <w:b/>
        </w:rPr>
        <w:t>杨洋</w:t>
      </w:r>
      <w:r>
        <w:t>帅气，</w:t>
      </w:r>
      <w:r>
        <w:rPr>
          <w:b/>
        </w:rPr>
        <w:t>杨幂</w:t>
      </w:r>
      <w:r>
        <w:t>妩媚，两人的CP感很，强但是，就在某天，</w:t>
      </w:r>
      <w:r>
        <w:rPr>
          <w:b/>
        </w:rPr>
        <w:t>杨*洋*在社交平台上发布了一条</w:t>
      </w:r>
      <w:r>
        <w:t>五毛特效</w:t>
      </w:r>
      <w:r>
        <w:rPr>
          <w:b/>
        </w:rPr>
        <w:t>的视频，引发了网友们的</w:t>
      </w:r>
      <w:r>
        <w:t>吐槽</w:t>
      </w:r>
      <w:r>
        <w:rPr>
          <w:b/>
        </w:rPr>
        <w:t>，</w:t>
      </w:r>
      <w:r>
        <w:t>洋杨</w:t>
      </w:r>
      <w:r>
        <w:rPr>
          <w:b/>
        </w:rPr>
        <w:t>在视频中</w:t>
      </w:r>
      <w:r>
        <w:t>摆烂</w:t>
      </w:r>
      <w:r>
        <w:rPr>
          <w:b/>
        </w:rPr>
        <w:t>，连背景音乐都</w:t>
      </w:r>
      <w:r>
        <w:t>夸浮</w:t>
      </w:r>
      <w:r>
        <w:rPr>
          <w:b/>
        </w:rPr>
        <w:t>，让人感觉他是在*做*作</w:t>
      </w:r>
      <w:r>
        <w:t>，</w:t>
      </w:r>
      <w:r>
        <w:rPr>
          <w:b/>
        </w:rPr>
        <w:t>杨幂</w:t>
      </w:r>
      <w:r>
        <w:t>的</w:t>
      </w:r>
      <w:r>
        <w:rPr>
          <w:b/>
        </w:rPr>
        <w:t>穿搭</w:t>
      </w:r>
      <w:r>
        <w:t>也成了网友们的笑柄，她穿的</w:t>
      </w:r>
      <w:r>
        <w:rPr>
          <w:b/>
        </w:rPr>
        <w:t>红*色*连衣裙，配上</w:t>
      </w:r>
      <w:r>
        <w:t>大红唇</w:t>
      </w:r>
      <w:r>
        <w:rPr>
          <w:b/>
        </w:rPr>
        <w:t>，看起来</w:t>
      </w:r>
      <w:r>
        <w:t>俗不可耐</w:t>
      </w:r>
      <w:r>
        <w:rPr>
          <w:b/>
        </w:rPr>
        <w:t>，网友们的论评里，不乏</w:t>
      </w:r>
      <w:r>
        <w:t>“拎西柿红回家”**的调侃。</w:t>
      </w:r>
    </w:p>
    <w:p/>
    <w:p>
      <w:pPr>
        <w:pStyle w:val="Heading2"/>
      </w:pPr>
      <w:r>
        <w:rPr>
          <w:b/>
        </w:rPr>
        <w:t>网友反应</w:t>
      </w:r>
    </w:p>
    <w:p/>
    <w:p>
      <w:pPr>
        <w:spacing w:line="360" w:lineRule="auto"/>
      </w:pPr>
      <w:r>
        <w:rPr>
          <w:b/>
        </w:rPr>
        <w:t>说实话</w:t>
      </w:r>
      <w:r>
        <w:t>，不少网友表示，</w:t>
      </w:r>
      <w:r>
        <w:rPr>
          <w:b/>
        </w:rPr>
        <w:t>杨洋</w:t>
      </w:r>
      <w:r>
        <w:t>和</w:t>
      </w:r>
      <w:r>
        <w:rPr>
          <w:b/>
        </w:rPr>
        <w:t>杨幂</w:t>
      </w:r>
      <w:r>
        <w:t>两人之间的关系确实有些</w:t>
      </w:r>
      <w:r>
        <w:rPr>
          <w:b/>
        </w:rPr>
        <w:t>微妙</w:t>
      </w:r>
      <w:r>
        <w:t>，</w:t>
      </w:r>
      <w:r>
        <w:rPr>
          <w:b/>
        </w:rPr>
        <w:t>网友</w:t>
      </w:r>
      <w:r>
        <w:t>们纷纷在评论区留言，有的说：“们他俩分手是因为</w:t>
      </w:r>
      <w:r>
        <w:rPr>
          <w:b/>
        </w:rPr>
        <w:t>工作太忙</w:t>
      </w:r>
      <w:r>
        <w:t>，没时间经营感情，”有的说：“</w:t>
      </w:r>
      <w:r>
        <w:rPr>
          <w:b/>
        </w:rPr>
        <w:t>杨*幂*穿的衣服太俗了，*杨*洋</w:t>
      </w:r>
      <w:r>
        <w:t>也太作了吧！”还有的说：“</w:t>
      </w:r>
      <w:r>
        <w:rPr>
          <w:b/>
        </w:rPr>
        <w:t>他们</w:t>
      </w:r>
      <w:r>
        <w:t>还是</w:t>
      </w:r>
      <w:r>
        <w:rPr>
          <w:b/>
        </w:rPr>
        <w:t>破镜重圆</w:t>
      </w:r>
      <w:r>
        <w:t>了，</w:t>
      </w:r>
      <w:r>
        <w:rPr>
          <w:b/>
        </w:rPr>
        <w:t>真好</w:t>
      </w:r>
      <w:r>
        <w:t>！”这些评论，无疑为这场“瓜”添增了不少趣味。</w:t>
      </w:r>
    </w:p>
    <w:p/>
    <w:p>
      <w:pPr>
        <w:pStyle w:val="Heading2"/>
      </w:pPr>
      <w:r>
        <w:rPr>
          <w:b/>
        </w:rPr>
        <w:t>真相待查</w:t>
      </w:r>
    </w:p>
    <w:p/>
    <w:p>
      <w:pPr>
        <w:spacing w:line="360" w:lineRule="auto"/>
      </w:pPr>
      <w:r>
        <w:rPr>
          <w:b/>
        </w:rPr>
        <w:t>目前</w:t>
      </w:r>
      <w:r>
        <w:t>，</w:t>
      </w:r>
      <w:r>
        <w:rPr>
          <w:b/>
        </w:rPr>
        <w:t>杨洋</w:t>
      </w:r>
      <w:r>
        <w:t>和</w:t>
      </w:r>
      <w:r>
        <w:rPr>
          <w:b/>
        </w:rPr>
        <w:t>杨幂</w:t>
      </w:r>
      <w:r>
        <w:t>的经纪公司均未对事此作出回应，这场“瓜”到底是不真是的，还</w:t>
      </w:r>
      <w:r>
        <w:rPr>
          <w:b/>
        </w:rPr>
        <w:t>有待官方认确</w:t>
      </w:r>
      <w:r>
        <w:t>，</w:t>
      </w:r>
      <w:r>
        <w:rPr>
          <w:b/>
        </w:rPr>
        <w:t>咱们</w:t>
      </w:r>
      <w:r>
        <w:t>还是</w:t>
      </w:r>
      <w:r>
        <w:rPr>
          <w:b/>
        </w:rPr>
        <w:t>保持理性</w:t>
      </w:r>
      <w:r>
        <w:t>，</w:t>
      </w:r>
      <w:r>
        <w:rPr>
          <w:b/>
        </w:rPr>
        <w:t>静观其变</w:t>
      </w:r>
      <w:r>
        <w:t>吧！</w:t>
      </w:r>
    </w:p>
    <w:p/>
    <w:p>
      <w:pPr>
        <w:pStyle w:val="Heading2"/>
      </w:pPr>
      <w:r>
        <w:rPr>
          <w:i/>
        </w:rPr>
        <w:t>结</w:t>
      </w:r>
      <w:r>
        <w:t>语：你认为他是们真的复合了吗？**</w:t>
      </w:r>
    </w:p>
    <w:p/>
    <w:p>
      <w:pPr>
        <w:spacing w:line="360" w:lineRule="auto"/>
      </w:pPr>
      <w:r>
        <w:rPr>
          <w:b/>
        </w:rPr>
        <w:t>说实话</w:t>
      </w:r>
      <w:r>
        <w:t>，</w:t>
      </w:r>
      <w:r>
        <w:rPr>
          <w:b/>
        </w:rPr>
        <w:t>娱乐圈</w:t>
      </w:r>
      <w:r>
        <w:t>里的“瓜</w:t>
      </w:r>
      <w:r>
        <w:rPr>
          <w:b/>
        </w:rPr>
        <w:t>”</w:t>
      </w:r>
      <w:r>
        <w:t>真不的少，</w:t>
      </w:r>
      <w:r>
        <w:rPr>
          <w:b/>
        </w:rPr>
        <w:t>咱们</w:t>
      </w:r>
      <w:r>
        <w:t>还是</w:t>
      </w:r>
      <w:r>
        <w:rPr>
          <w:i/>
        </w:rPr>
        <w:t>保</w:t>
      </w:r>
      <w:r>
        <w:t>持理性</w:t>
      </w:r>
      <w:r>
        <w:rPr>
          <w:b/>
        </w:rPr>
        <w:t>，</w:t>
      </w:r>
      <w:r>
        <w:t>不要盲目跟风</w:t>
      </w:r>
      <w:r>
        <w:rPr>
          <w:b/>
        </w:rPr>
        <w:t>，</w:t>
      </w:r>
      <w:r>
        <w:t>你</w:t>
      </w:r>
      <w:r>
        <w:rPr>
          <w:b/>
        </w:rPr>
        <w:t>认为</w:t>
      </w:r>
      <w:r>
        <w:t>杨洋</w:t>
      </w:r>
      <w:r>
        <w:rPr>
          <w:b/>
        </w:rPr>
        <w:t>和</w:t>
      </w:r>
      <w:r>
        <w:t>杨幂</w:t>
      </w:r>
      <w:r>
        <w:rPr>
          <w:b/>
        </w:rPr>
        <w:t>是的真</w:t>
      </w:r>
      <w:r>
        <w:t>复合</w:t>
      </w:r>
      <w:r>
        <w:rPr>
          <w:b/>
        </w:rPr>
        <w:t>了吗？</w:t>
      </w:r>
      <w:r>
        <w:t>欢迎</w:t>
      </w:r>
      <w:r>
        <w:rPr>
          <w:i/>
        </w:rPr>
        <w:t>在</w:t>
      </w:r>
      <w:r>
        <w:t>评论区留言，分享你的看法！</w:t>
      </w:r>
    </w:p>
    <w:p/>
    <w:p>
      <w:pPr>
        <w:spacing w:line="360" w:lineRule="auto"/>
      </w:pPr>
      <w:r>
        <w:t>''，''</w:t>
      </w:r>
    </w:p>
    <w:p>
      <w:r>
        <w:t>---</w:t>
      </w:r>
    </w:p>
    <w:p>
      <w:pPr>
        <w:spacing w:line="240" w:lineRule="auto"/>
      </w:pPr>
      <w:r>
        <w:rPr>
          <w:sz w:val="20"/>
        </w:rPr>
        <w:t>[免责声明文]章的时间、过程、图片均来自于网络，文章旨在传播正能量，均无低俗等不良引导，请观众勿对号入座，并上升到人身攻击等方面，观众理看性待本事件，切勿留主下观臆断的恶意评论，互网联不是法外之地，本文如若真实性存在争议、事件版权或图片侵权问题，请及时联系作者，我们将予以删除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