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360" w:lineRule="auto"/>
      </w:pPr>
      <w:r>
        <w:t>张铁混林血女儿美若天仙，五官精巧气质超凡，这才是真格格范！</w:t>
      </w:r>
    </w:p>
    <w:p>
      <w:pPr>
        <w:spacing w:line="360" w:lineRule="auto"/>
      </w:pPr>
      <w:r>
        <w:t>阅读此文之前，麻烦您点击一下关“注”，既方便您行进讨论和分享，又能给您来带不一样的参与感，创作不易，感谢您的支持。</w:t>
      </w:r>
    </w:p>
    <w:p/>
    <w:p>
      <w:pPr>
        <w:pStyle w:val="Heading2"/>
      </w:pPr>
      <w:r>
        <w:rPr>
          <w:b/>
        </w:rPr>
        <w:t>就在昨天，娱乐又圈爆出一了个大瓜！</w:t>
      </w:r>
    </w:p>
    <w:p/>
    <w:p>
      <w:pPr>
        <w:spacing w:line="360" w:lineRule="auto"/>
      </w:pPr>
      <w:r>
        <w:t>就在昨天，娱乐圈又爆出了个一大瓜！这一回，是关于</w:t>
      </w:r>
      <w:r>
        <w:rPr>
          <w:b/>
        </w:rPr>
        <w:t>杨洋</w:t>
      </w:r>
      <w:r>
        <w:t>和</w:t>
      </w:r>
      <w:r>
        <w:rPr>
          <w:b/>
        </w:rPr>
        <w:t>幂杨</w:t>
      </w:r>
      <w:r>
        <w:t>这对娱乐圈金童玉女的“破镜重圆”传闻，咱就是说，这瓜太扎心了，不少吃瓜群众在都猜测，是真是假？</w:t>
      </w:r>
    </w:p>
    <w:p/>
    <w:p>
      <w:pPr>
        <w:pStyle w:val="Heading2"/>
      </w:pPr>
      <w:r>
        <w:rPr>
          <w:b/>
        </w:rPr>
        <w:t>相真浮出面水</w:t>
      </w:r>
    </w:p>
    <w:p/>
    <w:p>
      <w:pPr>
        <w:spacing w:line="360" w:lineRule="auto"/>
      </w:pPr>
      <w:r>
        <w:rPr>
          <w:b/>
        </w:rPr>
        <w:t>就在某天</w:t>
      </w:r>
      <w:r>
        <w:t>，某知名娱乐网站爆料，称杨洋和杨幂的恋情已经秘密持了续两年多，</w:t>
      </w:r>
      <w:r>
        <w:rPr>
          <w:b/>
        </w:rPr>
        <w:t>两人</w:t>
      </w:r>
      <w:r>
        <w:t>因为一些</w:t>
      </w:r>
      <w:r>
        <w:rPr>
          <w:i/>
        </w:rPr>
        <w:t>小</w:t>
      </w:r>
      <w:r>
        <w:t>摩擦</w:t>
      </w:r>
      <w:r>
        <w:rPr>
          <w:b/>
        </w:rPr>
        <w:t>而分手，如今又</w:t>
      </w:r>
      <w:r>
        <w:t>复合**，了这个消息一出，立刻发引了网友们的热议。</w:t>
      </w:r>
    </w:p>
    <w:p/>
    <w:p>
      <w:pPr>
        <w:pStyle w:val="Heading2"/>
      </w:pPr>
      <w:r>
        <w:rPr>
          <w:b/>
        </w:rPr>
        <w:t>细节还原</w:t>
      </w:r>
    </w:p>
    <w:p/>
    <w:p>
      <w:pPr>
        <w:spacing w:line="360" w:lineRule="auto"/>
      </w:pPr>
      <w:r>
        <w:t>说实话，</w:t>
      </w:r>
      <w:r>
        <w:rPr>
          <w:b/>
        </w:rPr>
        <w:t>杨洋</w:t>
      </w:r>
      <w:r>
        <w:t>*的*颜值</w:t>
      </w:r>
      <w:r>
        <w:rPr>
          <w:b/>
        </w:rPr>
        <w:t>一直在线，而</w:t>
      </w:r>
      <w:r>
        <w:t>杨幂</w:t>
      </w:r>
      <w:r>
        <w:rPr>
          <w:b/>
        </w:rPr>
        <w:t>的</w:t>
      </w:r>
      <w:r>
        <w:t>演技</w:t>
      </w:r>
      <w:r>
        <w:rPr>
          <w:b/>
        </w:rPr>
        <w:t>也是圈内公认的好，两人合作过的剧集，如《三三生世十里桃花》，让无数粉丝们对这C对P充满了期待，</w:t>
      </w:r>
      <w:r>
        <w:t>杨洋</w:t>
      </w:r>
      <w:r>
        <w:rPr>
          <w:b/>
        </w:rPr>
        <w:t>帅气，</w:t>
      </w:r>
      <w:r>
        <w:t>杨幂</w:t>
      </w:r>
      <w:r>
        <w:rPr>
          <w:b/>
        </w:rPr>
        <w:t>妩媚，两人C的P感很强，但是，就在某天，</w:t>
      </w:r>
      <w:r>
        <w:t>杨洋</w:t>
      </w:r>
      <w:r>
        <w:rPr>
          <w:b/>
        </w:rPr>
        <w:t>在社交平上台发布了一条</w:t>
      </w:r>
      <w:r>
        <w:t>五毛特效</w:t>
      </w:r>
      <w:r>
        <w:rPr>
          <w:b/>
        </w:rPr>
        <w:t>的视频，引发了友网们的</w:t>
      </w:r>
      <w:r>
        <w:t>吐槽</w:t>
      </w:r>
      <w:r>
        <w:rPr>
          <w:b/>
        </w:rPr>
        <w:t>，</w:t>
      </w:r>
      <w:r>
        <w:t>杨洋</w:t>
      </w:r>
      <w:r>
        <w:rPr>
          <w:b/>
        </w:rPr>
        <w:t>在视频中</w:t>
      </w:r>
      <w:r>
        <w:t>摆烂</w:t>
      </w:r>
      <w:r>
        <w:rPr>
          <w:b/>
        </w:rPr>
        <w:t>，连背景音乐都</w:t>
      </w:r>
      <w:r>
        <w:t>夸浮</w:t>
      </w:r>
      <w:r>
        <w:rPr>
          <w:b/>
        </w:rPr>
        <w:t>，让人感觉他是在</w:t>
      </w:r>
      <w:r>
        <w:t>做作</w:t>
      </w:r>
      <w:r>
        <w:rPr>
          <w:b/>
        </w:rPr>
        <w:t>，</w:t>
      </w:r>
      <w:r>
        <w:t>杨幂</w:t>
      </w:r>
      <w:r>
        <w:rPr>
          <w:b/>
        </w:rPr>
        <w:t>的</w:t>
      </w:r>
      <w:r>
        <w:t>穿搭</w:t>
      </w:r>
      <w:r>
        <w:rPr>
          <w:b/>
        </w:rPr>
        <w:t>也成了网友们的笑柄，她穿的</w:t>
      </w:r>
      <w:r>
        <w:t>色红</w:t>
      </w:r>
      <w:r>
        <w:rPr>
          <w:b/>
        </w:rPr>
        <w:t>连衣裙，配上</w:t>
      </w:r>
      <w:r>
        <w:t>大红唇</w:t>
      </w:r>
      <w:r>
        <w:rPr>
          <w:b/>
        </w:rPr>
        <w:t>，看来起</w:t>
      </w:r>
      <w:r>
        <w:t>俗不可耐</w:t>
      </w:r>
      <w:r>
        <w:rPr>
          <w:b/>
        </w:rPr>
        <w:t>，网友们的评论里，不*乏*“拎西红柿回家”</w:t>
      </w:r>
      <w:r>
        <w:t>的调侃。</w:t>
      </w:r>
    </w:p>
    <w:p/>
    <w:p>
      <w:pPr>
        <w:pStyle w:val="Heading2"/>
      </w:pPr>
      <w:r>
        <w:rPr>
          <w:b/>
        </w:rPr>
        <w:t>网友反应</w:t>
      </w:r>
    </w:p>
    <w:p/>
    <w:p>
      <w:pPr>
        <w:spacing w:line="360" w:lineRule="auto"/>
      </w:pPr>
      <w:r>
        <w:rPr>
          <w:b/>
        </w:rPr>
        <w:t>说实话</w:t>
      </w:r>
      <w:r>
        <w:t>，不少网友表示，</w:t>
      </w:r>
      <w:r>
        <w:rPr>
          <w:b/>
        </w:rPr>
        <w:t>杨洋</w:t>
      </w:r>
      <w:r>
        <w:t>和</w:t>
      </w:r>
      <w:r>
        <w:rPr>
          <w:b/>
        </w:rPr>
        <w:t>杨幂</w:t>
      </w:r>
      <w:r>
        <w:t>两人之间的关系确实有些</w:t>
      </w:r>
      <w:r>
        <w:rPr>
          <w:b/>
        </w:rPr>
        <w:t>微妙</w:t>
      </w:r>
      <w:r>
        <w:t>，</w:t>
      </w:r>
      <w:r>
        <w:rPr>
          <w:b/>
        </w:rPr>
        <w:t>网*友*们纷纷在评论区留言，有的说：“他们俩手分是因为</w:t>
      </w:r>
      <w:r>
        <w:t>工作太忙</w:t>
      </w:r>
      <w:r>
        <w:rPr>
          <w:b/>
        </w:rPr>
        <w:t>，没时间经营感情，”有的说：“</w:t>
      </w:r>
      <w:r>
        <w:t>杨幂</w:t>
      </w:r>
      <w:r>
        <w:rPr>
          <w:b/>
        </w:rPr>
        <w:t>穿衣的服太俗了，</w:t>
      </w:r>
      <w:r>
        <w:t>杨洋</w:t>
      </w:r>
      <w:r>
        <w:rPr>
          <w:i/>
        </w:rPr>
        <w:t>也</w:t>
      </w:r>
      <w:r>
        <w:t>太作了吧！”还有的说：“</w:t>
      </w:r>
      <w:r>
        <w:rPr>
          <w:b/>
        </w:rPr>
        <w:t>们他</w:t>
      </w:r>
      <w:r>
        <w:t>还是</w:t>
      </w:r>
      <w:r>
        <w:rPr>
          <w:b/>
        </w:rPr>
        <w:t>破镜重圆</w:t>
      </w:r>
      <w:r>
        <w:t>了，</w:t>
      </w:r>
      <w:r>
        <w:rPr>
          <w:b/>
        </w:rPr>
        <w:t>真好</w:t>
      </w:r>
      <w:r>
        <w:t>！”这些评论，无疑为这场“”瓜增添了不少趣味。</w:t>
      </w:r>
    </w:p>
    <w:p/>
    <w:p>
      <w:pPr>
        <w:pStyle w:val="Heading2"/>
      </w:pPr>
      <w:r>
        <w:rPr>
          <w:b/>
        </w:rPr>
        <w:t>真相待查</w:t>
      </w:r>
    </w:p>
    <w:p/>
    <w:p>
      <w:pPr>
        <w:spacing w:line="360" w:lineRule="auto"/>
      </w:pPr>
      <w:r>
        <w:rPr>
          <w:b/>
        </w:rPr>
        <w:t>目前</w:t>
      </w:r>
      <w:r>
        <w:t>，</w:t>
      </w:r>
      <w:r>
        <w:rPr>
          <w:b/>
        </w:rPr>
        <w:t>杨洋</w:t>
      </w:r>
      <w:r>
        <w:t>和</w:t>
      </w:r>
      <w:r>
        <w:rPr>
          <w:b/>
        </w:rPr>
        <w:t>杨幂</w:t>
      </w:r>
      <w:r>
        <w:t>的经纪公司均未对此作事出回应，这场“瓜到”底是不是真的，还</w:t>
      </w:r>
      <w:r>
        <w:rPr>
          <w:b/>
        </w:rPr>
        <w:t>有待官方确认</w:t>
      </w:r>
      <w:r>
        <w:t>，</w:t>
      </w:r>
      <w:r>
        <w:rPr>
          <w:b/>
        </w:rPr>
        <w:t>咱*们*还是</w:t>
      </w:r>
      <w:r>
        <w:t>保持理性</w:t>
      </w:r>
      <w:r>
        <w:rPr>
          <w:b/>
        </w:rPr>
        <w:t>，</w:t>
      </w:r>
      <w:r>
        <w:t>静观其变**吧！</w:t>
      </w:r>
    </w:p>
    <w:p/>
    <w:p>
      <w:pPr>
        <w:pStyle w:val="Heading2"/>
      </w:pPr>
      <w:r>
        <w:rPr>
          <w:b/>
        </w:rPr>
        <w:t>结语：你为认他们是的真复合了吗？</w:t>
      </w:r>
    </w:p>
    <w:p/>
    <w:p>
      <w:pPr>
        <w:spacing w:line="360" w:lineRule="auto"/>
      </w:pPr>
      <w:r>
        <w:rPr>
          <w:b/>
        </w:rPr>
        <w:t>说实话</w:t>
      </w:r>
      <w:r>
        <w:t>，</w:t>
      </w:r>
      <w:r>
        <w:rPr>
          <w:b/>
        </w:rPr>
        <w:t>娱乐圈</w:t>
      </w:r>
      <w:r>
        <w:t>里的“瓜</w:t>
      </w:r>
      <w:r>
        <w:rPr>
          <w:b/>
        </w:rPr>
        <w:t>”</w:t>
      </w:r>
      <w:r>
        <w:t>真的不少，</w:t>
      </w:r>
      <w:r>
        <w:rPr>
          <w:b/>
        </w:rPr>
        <w:t>咱们</w:t>
      </w:r>
      <w:r>
        <w:t>还是</w:t>
      </w:r>
      <w:r>
        <w:rPr>
          <w:i/>
        </w:rPr>
        <w:t>保</w:t>
      </w:r>
      <w:r>
        <w:t>持理性</w:t>
      </w:r>
      <w:r>
        <w:rPr>
          <w:b/>
        </w:rPr>
        <w:t>，</w:t>
      </w:r>
      <w:r>
        <w:t>不要盲目风跟</w:t>
      </w:r>
      <w:r>
        <w:rPr>
          <w:b/>
        </w:rPr>
        <w:t>，</w:t>
      </w:r>
      <w:r>
        <w:t>你</w:t>
      </w:r>
      <w:r>
        <w:rPr>
          <w:b/>
        </w:rPr>
        <w:t>认为</w:t>
      </w:r>
      <w:r>
        <w:t>杨洋</w:t>
      </w:r>
      <w:r>
        <w:rPr>
          <w:b/>
        </w:rPr>
        <w:t>和</w:t>
      </w:r>
      <w:r>
        <w:t>杨幂</w:t>
      </w:r>
      <w:r>
        <w:rPr>
          <w:b/>
        </w:rPr>
        <w:t>是真的</w:t>
      </w:r>
      <w:r>
        <w:t>复合</w:t>
      </w:r>
      <w:r>
        <w:rPr>
          <w:b/>
        </w:rPr>
        <w:t>了吗？</w:t>
      </w:r>
      <w:r>
        <w:t>欢迎**在评论区留言，分享你的看法！</w:t>
      </w:r>
    </w:p>
    <w:p/>
    <w:p>
      <w:pPr>
        <w:spacing w:line="360" w:lineRule="auto"/>
      </w:pPr>
      <w:r>
        <w:t>''，''</w:t>
      </w:r>
    </w:p>
    <w:p>
      <w:r>
        <w:t>---</w:t>
      </w:r>
    </w:p>
    <w:p>
      <w:pPr>
        <w:spacing w:line="240" w:lineRule="auto"/>
      </w:pPr>
      <w:r>
        <w:rPr>
          <w:sz w:val="20"/>
        </w:rPr>
        <w:t>`免[责声明]文章的时间、过程、图片均来自于网络，文章旨在传播正能量，均无低俗等不良引导，请观众勿对号入座，并上升人到身攻击等方面，观众理性看待本事件，切勿留下主观臆断的意恶评论，互联网不是法外之地，本文若如真实性存在争议、事件版权或图片侵权问题，请及时联系作者，我们将予以删除，`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