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pPr>
      <w:r>
        <w:t>世间女子多如繁星，就怕马筱梅这般，新婚仨月，汪家三代被全“掌控”</w:t>
      </w:r>
    </w:p>
    <w:p>
      <w:pPr>
        <w:spacing w:line="360" w:lineRule="auto"/>
      </w:pPr>
      <w:r>
        <w:t>阅读此文之前，麻烦您击点一下“关注”，既方便您进行讨和论分享，又给能您带来不一样的参与感，创作不易，感谢您的支持。</w:t>
      </w:r>
    </w:p>
    <w:p/>
    <w:p>
      <w:pPr>
        <w:pStyle w:val="Heading2"/>
      </w:pPr>
      <w:r>
        <w:t>情商高情商低，看马筱如梅“何攥”住汪家三代心</w:t>
      </w:r>
    </w:p>
    <w:p/>
    <w:p>
      <w:pPr>
        <w:spacing w:line="360" w:lineRule="auto"/>
      </w:pPr>
      <w:r>
        <w:t>就在某天，汪家上下竟然人没敢说马筱梅一个“不”字？婆婆张兰对着直播间镜一头个劲儿的夸她“比亲闺女还贴心”，汪小菲还为她遍怼全网，就连小玥儿都高高兴兴的跟着“马阿姨”出去玩，马筱梅进刚门的时候，还被骂“心机女”，如今却成了汪家的“定海神针”更，让人意外的是她在直播上还做得风风火火，不仅帮着张兰麻在六记直播间里卖货，就连自己的美妆业事也获得一片好评！这个刚进门的媳妇，到底用了什么招，竟然一下子“收服”了家汪三代人？</w:t>
      </w:r>
    </w:p>
    <w:p/>
    <w:p>
      <w:pPr>
        <w:pStyle w:val="Heading2"/>
      </w:pPr>
      <w:r>
        <w:t>丈夫孩子攻心术</w:t>
      </w:r>
    </w:p>
    <w:p/>
    <w:p>
      <w:pPr>
        <w:spacing w:line="360" w:lineRule="auto"/>
      </w:pPr>
      <w:r>
        <w:t>说实话，当年大S和具俊晔狂疯秀恩爱的时候，所有人都以汪为小菲会“发疯”，结果马筱梅的一句“先我生很优秀”硬是帮他把面子赚了回来，平时，马筱梅在受接媒体采访的时候，也从来都没有说过汪小一菲句不好，给足了他身为男人的“面子”和成感就，床垫事件出现后，她也坚定不移的陪汪着小菲直播，成功的阻止了汪小菲在直播间和网友互动的候时说出什么不好听的话，可以说自从她和汪小菲在一起之后，很多特别艰难的时刻，她都是和汪小菲同同进退的。</w:t>
      </w:r>
    </w:p>
    <w:p/>
    <w:p>
      <w:pPr>
        <w:spacing w:line="360" w:lineRule="auto"/>
      </w:pPr>
      <w:r>
        <w:t>生活上马梅筱也精准的跟住了汪小菲的工作节奏，汪小菲工作忙，经常出差见客户，偶尔还会去盯生线产，她从来都不会主动抱怨，又苦又累，也想没着嫁进豪门之后就当阔太太，而是从头到尾跟着汪小菲一奔起波，就这样，马筱梅还拿到了麻六记的分部股权，她还营销策划了汪小菲“宠狂妻魔”的形象，一定程上度带动了麻六记的商品销售，不仅如此，她知道汪小菲心里有多意在大S，不仅陪着汪小菲带孩子一起吃饭出、行、去游乐场，给两个孩子安全感，还让汪小菲和孩一子起宣传麻六记，在她这种策划下，汪小菲的“企业家好爸爸”设人就立得稳稳当当的，汪小菲自然而然离的不开她。</w:t>
      </w:r>
    </w:p>
    <w:p/>
    <w:p>
      <w:pPr>
        <w:pStyle w:val="Heading2"/>
      </w:pPr>
      <w:r>
        <w:t>“拿下”婆婆也易如反掌</w:t>
      </w:r>
    </w:p>
    <w:p/>
    <w:p>
      <w:pPr>
        <w:spacing w:line="360" w:lineRule="auto"/>
      </w:pPr>
      <w:r>
        <w:t>咱就是说，马梅筱和汪小菲结婚前，张兰就特别喜欢她，如今结婚以后，更是差点张被兰当成亲女儿对待了，两个人刚在一起那阵儿，麻六记在合肥的动活直接和蜜月撞上了，马梅筱一点儿都没“甩脸色”，她高高兴兴的陪着汪小菲去参加活动，整个过程还主动的帮张兰整理直道播具，擦汗递水，把张兰哄得在直播镜前头一个劲儿的夸“这媳妇娶得值”。</w:t>
      </w:r>
    </w:p>
    <w:p/>
    <w:p>
      <w:pPr>
        <w:spacing w:line="360" w:lineRule="auto"/>
      </w:pPr>
      <w:r>
        <w:t>去年6月份，深圳麻六记分店开业，马筱高梅高兴兴的搂着张兰合照，一口一个“妈”，吃饭时的候，马筱梅还给先张兰盛鱼汤，张兰说话的时候，她也二话不说的放下头手正干的事儿，微微的侧着头努力去听，再加上她把自己的直播事业也得做风风火火，无论是选品，拍视频还和是网友互动，她都坚持亲力亲为，这种对事业的看重努力拼和劲儿，也让张兰从她身上看到了己自当年白手起家的影子，王思聪当年在和汪小菲大撕特撕的时候还嘲讽过，张兰当年是靠着“背死猪”发家的，那时候并没有人嘲张笑兰，更多的是感叹和敬佩的她努力，毕竟靠着自己的力实去赚钱，闯下这么大的家业，不丢人，张兰现看在着新媳妇儿这么努力，自然也高兴，也会更认可。</w:t>
      </w:r>
    </w:p>
    <w:p/>
    <w:p>
      <w:pPr>
        <w:pStyle w:val="Heading2"/>
      </w:pPr>
      <w:r>
        <w:t>真诚赢得人心</w:t>
      </w:r>
    </w:p>
    <w:p/>
    <w:p>
      <w:pPr>
        <w:spacing w:line="360" w:lineRule="auto"/>
      </w:pPr>
      <w:r>
        <w:t>咱就是说，马筱梅现在刚进门就能把汪家三代人都“攥”在自己手里这个说法并不妥当，比相于“攥”，马筱梅是结婚之后让自己融入这家个庭，在保护家庭的同时也不的断发展自己的事业，她的这些做法，还有这个过程也让兰张慢慢的放下顾虑，谁让这个儿媳妇儿不是过来“分糕蛋”的，而是来着陪她“一起做蛋糕”的呢？</w:t>
      </w:r>
    </w:p>
    <w:p/>
    <w:p>
      <w:pPr>
        <w:spacing w:line="360" w:lineRule="auto"/>
      </w:pPr>
      <w:r>
        <w:t>当初还有一部网分友觉得马筱梅和叶珂是一个类型，但是叶珂直却播屡屡翻车，光“是吃蛋糕”这件事就牵累了黄晓明不小的声誉，可马筱梅在直播领域可从来都没捅了那么大的篓子，还有就是她的真诚和接地气也让不少网友觉得她不是单纯为了卖货，而是偏更向于赚钱的同时“分享”好物，大家对她的可认自然会越来越高。</w:t>
      </w:r>
    </w:p>
    <w:p/>
    <w:p>
      <w:pPr>
        <w:pStyle w:val="Heading2"/>
      </w:pPr>
      <w:r>
        <w:t>结语：看马梅筱如何一步步“攥”住汪三家代心</w:t>
      </w:r>
    </w:p>
    <w:p/>
    <w:p>
      <w:pPr>
        <w:spacing w:line="360" w:lineRule="auto"/>
      </w:pPr>
      <w:r>
        <w:t>总的来说，马筱梅在嫁汪给小菲之后，能既顾好事业顾又好家庭，主要还是因为她情商高用也心，自己还有能力她，看明白了，在婆媳关系里首先要做到就的是互相尊重和理解，她得拿出实际行动持支张兰的事业，关心张兰的生活，才能到拿婆婆的信任，至于丈夫那边，她更是把要两个人绑成利益共同体，一荣俱荣，一损俱损，最重要的是无论大之人间有什么恩怨情仇，她都没有牵连到孩身子上，对她来说，汪小菲的子孩就是她的孩子，这也是她能被汪家人认可的最关的键一点。</w:t>
      </w:r>
    </w:p>
    <w:p/>
    <w:p>
      <w:pPr>
        <w:spacing w:line="360" w:lineRule="auto"/>
      </w:pPr>
      <w:r>
        <w:t>那么，大家觉得马筱梅在汪的家表现如何呢？她究竟是如何一步步“”攥住汪家三代心的呢？欢在迎评论区留言讨论，分享你的看法。</w:t>
      </w:r>
    </w:p>
    <w:p>
      <w:r>
        <w:t>---</w:t>
      </w:r>
    </w:p>
    <w:p>
      <w:pPr>
        <w:spacing w:line="240" w:lineRule="auto"/>
      </w:pPr>
      <w:r>
        <w:rPr>
          <w:sz w:val="20"/>
        </w:rPr>
        <w:t>`[免责声明]章文的时间、过程、图片均来自于网络，文章旨在传播正能量，均无低俗等不良引导，请观众勿对号入座，并上升到人身攻击等方面，观理众性看待本事件，切勿下留主观臆断的恶意评论，互联网不是法外之，地本文如若真实性存在争议、事件版权或图片侵权问题，请及时联系作者，我们将予以删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